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[PRÉNOM NOM]</w:t>
      </w:r>
    </w:p>
    <w:p>
      <w:r>
        <w:t>[Ville, province ou pays actuel] • [Téléphone] • [Courriel]</w:t>
        <w:br/>
        <w:t>[Lien professionnel pertinent, facultatif]</w:t>
      </w:r>
    </w:p>
    <w:p>
      <w:pPr>
        <w:pStyle w:val="Heading1"/>
      </w:pPr>
      <w:r>
        <w:t>[INTITULÉ DU POSTE VISÉ]</w:t>
      </w:r>
    </w:p>
    <w:p>
      <w:r>
        <w:t>[Deux ou trois lignes : votre domaine, votre expérience ou formation pertinente et ce que vous savez concrètement réaliser. Ne conservez que des faits vérifiables.]</w:t>
      </w:r>
    </w:p>
    <w:p>
      <w:pPr>
        <w:pStyle w:val="Heading1"/>
      </w:pPr>
      <w:r>
        <w:t>FORMATION</w:t>
      </w:r>
    </w:p>
    <w:p>
      <w:r>
        <w:t>[Intitulé exact du diplôme] — [Établissement, pays] — [Année]</w:t>
      </w:r>
    </w:p>
    <w:p>
      <w:r>
        <w:t>[Formation en cours : date de fin prévue. Aucune équivalence québécoise inventée.]</w:t>
      </w:r>
    </w:p>
    <w:p>
      <w:pPr>
        <w:pStyle w:val="Heading1"/>
      </w:pPr>
      <w:r>
        <w:t>PROJET PERTINENT</w:t>
      </w:r>
    </w:p>
    <w:p>
      <w:r>
        <w:t>[Titre du projet] — [Scolaire, associatif ou personnel] — [Dates]</w:t>
      </w:r>
    </w:p>
    <w:p>
      <w:r>
        <w:t>• [Action réellement menée, outils utilisés et livrable produit.]</w:t>
      </w:r>
    </w:p>
    <w:p>
      <w:r>
        <w:t>• [Votre contribution précise et limite de votre responsabilité.]</w:t>
      </w:r>
    </w:p>
    <w:p>
      <w:pPr>
        <w:pStyle w:val="Heading1"/>
      </w:pPr>
      <w:r>
        <w:t>STAGES ET EXPÉRIENCES</w:t>
      </w:r>
    </w:p>
    <w:p>
      <w:r>
        <w:t>[Fonction] — [Employeur, ville, pays] — [Mois/année à mois/année]</w:t>
      </w:r>
    </w:p>
    <w:p>
      <w:r>
        <w:t>• [Action, contexte et résultat que vous pouvez expliquer en entrevue.]</w:t>
      </w:r>
    </w:p>
    <w:p>
      <w:r>
        <w:t>• [Compétence utile au poste démontrée par une tâche précise.]</w:t>
      </w:r>
    </w:p>
    <w:p>
      <w:pPr>
        <w:pStyle w:val="Heading1"/>
      </w:pPr>
      <w:r>
        <w:t>LANGUES ET OUTILS</w:t>
      </w:r>
    </w:p>
    <w:p>
      <w:r>
        <w:t>[Langue : usages concrets, à l’oral et à l’écrit.]</w:t>
      </w:r>
    </w:p>
    <w:p>
      <w:r>
        <w:t>[Outils pertinents : fonctions que vous savez utiliser.]</w:t>
      </w:r>
    </w:p>
    <w:p>
      <w:r>
        <w:rPr>
          <w:sz w:val="16"/>
        </w:rPr>
        <w:t>À supprimer avant envoi : remplacer tous les champs entre crochets, retirer les rubriques inutiles, vérifier dates et coordonnées. Modèle Français-QC, 19 octobre 2026.</w:t>
      </w:r>
    </w:p>
    <w:sectPr w:rsidR="00FC693F" w:rsidRPr="0006063C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CV québécois — debutant</dc:title>
  <dc:subject/>
  <dc:creator>Français-QC</dc:creator>
  <cp:keywords/>
  <dc:description>Modèle à personnaliser ; aucune validation individuelle par un recruteur.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