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t>[Ville, province ou pays actuel] • [Téléphone] • [Courriel]</w:t>
        <w:br/>
        <w:t>[Lien professionnel pertinent, facultatif]</w:t>
      </w:r>
    </w:p>
    <w:p>
      <w:pPr>
        <w:pStyle w:val="Heading1"/>
      </w:pPr>
      <w:r>
        <w:t>[INTITULÉ DU POSTE VISÉ]</w:t>
      </w:r>
    </w:p>
    <w:p>
      <w:r>
        <w:t>[Deux ou trois lignes : votre domaine, votre expérience ou formation pertinente et ce que vous savez concrètement réaliser. Ne conservez que des faits vérifiables.]</w:t>
      </w:r>
    </w:p>
    <w:p>
      <w:pPr>
        <w:pStyle w:val="Heading1"/>
      </w:pPr>
      <w:r>
        <w:t>COMPÉTENCES CLÉS</w:t>
      </w:r>
    </w:p>
    <w:p>
      <w:r>
        <w:t>• [Compétence liée à l’offre et exemple d’utilisation.]</w:t>
      </w:r>
    </w:p>
    <w:p>
      <w:r>
        <w:t>• [Outil ou méthode réellement maîtrisé et contexte.]</w:t>
      </w:r>
    </w:p>
    <w:p>
      <w:pPr>
        <w:pStyle w:val="Heading1"/>
      </w:pPr>
      <w:r>
        <w:t>EXPÉRIENCE PROFESSIONNELLE</w:t>
      </w:r>
    </w:p>
    <w:p>
      <w:r>
        <w:t>[Fonction récente] — [Employeur, ville, pays] — [Dates]</w:t>
      </w:r>
    </w:p>
    <w:p>
      <w:r>
        <w:t>[Activité de l’entreprise en quelques mots, si nécessaire.]</w:t>
      </w:r>
    </w:p>
    <w:p>
      <w:r>
        <w:t>• [Action, contexte, résultat ; chiffre uniquement si justifiable.]</w:t>
      </w:r>
    </w:p>
    <w:p>
      <w:r>
        <w:t>• [Livrable ou difficulté résolue et votre rôle exact.]</w:t>
      </w:r>
    </w:p>
    <w:p>
      <w:r>
        <w:t>[Fonction précédente] — [Employeur, ville, pays] — [Dates]</w:t>
      </w:r>
    </w:p>
    <w:p>
      <w:r>
        <w:t>• [Réalisation pertinente pour le poste visé.]</w:t>
      </w:r>
    </w:p>
    <w:p>
      <w:pPr>
        <w:pStyle w:val="Heading1"/>
      </w:pPr>
      <w:r>
        <w:t>FORMATION</w:t>
      </w:r>
    </w:p>
    <w:p>
      <w:r>
        <w:t>[Intitulé exact du diplôme] — [Établissement, pays] — [Année]</w:t>
      </w:r>
    </w:p>
    <w:p>
      <w:pPr>
        <w:pStyle w:val="Heading1"/>
      </w:pPr>
      <w:r>
        <w:t>LANGUES ET OUTILS</w:t>
      </w:r>
    </w:p>
    <w:p>
      <w:r>
        <w:t>[Langue : usages concrets, à l’oral et à l’écrit.]</w:t>
      </w:r>
    </w:p>
    <w:p>
      <w:r>
        <w:t>[Outils pertinents : fonctions que vous savez utiliser.]</w:t>
      </w:r>
    </w:p>
    <w:p>
      <w:r>
        <w:rPr>
          <w:sz w:val="16"/>
        </w:rPr>
        <w:t>À supprimer avant envoi : remplacer tous les champs entre crochets, retirer les rubriques inutiles, vérifier dates et coordonnées. Modèle Français-QC, 19 octobre 2026.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québécois — experimente</dc:title>
  <dc:subject/>
  <dc:creator>Français-QC</dc:creator>
  <cp:keywords/>
  <dc:description>Modèle à personnaliser ; aucune validation individuelle par un recruteur.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